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as-tuas-ajudas.pt</w:t>
        </w:r>
      </w:hyperlink>
    </w:p>
    <w:p>
      <w:pPr>
        <w:jc w:val="center"/>
      </w:pPr>
      <w:r>
        <w:rPr>
          <w:b/>
          <w:color w:val="1E386B"/>
          <w:sz w:val="30"/>
        </w:rPr>
        <w:t>Requerimento de Estatuto de Trabalhador-Estudante</w:t>
      </w:r>
    </w:p>
    <w:p/>
    <w:p>
      <w:r>
        <w:t>Exmo.(a) Senhor(a) / Entidade empregadora: ______________________________________</w:t>
      </w:r>
    </w:p>
    <w:p>
      <w:r>
        <w:rPr>
          <w:b/>
          <w:color w:val="1E386B"/>
          <w:sz w:val="26"/>
        </w:rPr>
        <w:t>1. IDENTIFICAÇÃO DO TRABALHADOR</w:t>
      </w:r>
    </w:p>
    <w:p>
      <w:r>
        <w:t>Nome completo: ______________________________________________________</w:t>
      </w:r>
    </w:p>
    <w:p>
      <w:r>
        <w:t>NIF: ____________________   NISS: ____________________</w:t>
      </w:r>
    </w:p>
    <w:p>
      <w:r>
        <w:t>Categoria profissional: _____________________________________________</w:t>
      </w:r>
    </w:p>
    <w:p>
      <w:r>
        <w:t>Período normal de trabalho semanal: ________ horas</w:t>
      </w:r>
    </w:p>
    <w:p>
      <w:r>
        <w:rPr>
          <w:b/>
          <w:color w:val="1E386B"/>
          <w:sz w:val="26"/>
        </w:rPr>
        <w:t>2. ESTABELECIMENTO DE ENSINO</w:t>
      </w:r>
    </w:p>
    <w:p>
      <w:r>
        <w:t>Estabelecimento: ____________________________________________________</w:t>
      </w:r>
    </w:p>
    <w:p>
      <w:r>
        <w:t>Curso / nível de ensino: ____________________________________________</w:t>
      </w:r>
    </w:p>
    <w:p>
      <w:r>
        <w:t>Ano letivo: ________ / ________</w:t>
      </w:r>
    </w:p>
    <w:p>
      <w:r>
        <w:t>Horário das atividades educativas: __________________________________</w:t>
      </w:r>
    </w:p>
    <w:p>
      <w:r>
        <w:rPr>
          <w:b/>
          <w:color w:val="1E386B"/>
          <w:sz w:val="26"/>
        </w:rPr>
        <w:t>3. PEDIDO</w:t>
      </w:r>
    </w:p>
    <w:p>
      <w:r>
        <w:t>Venho, nos termos dos artigos 89.º e seguintes do Código do Trabalho (Lei n.º 7/2009, na redação em vigor), comunicar que frequento o estabelecimento de ensino acima identificado e requerer o reconhecimento da minha condição de trabalhador-estudante.</w:t>
      </w:r>
    </w:p>
    <w:p>
      <w:r>
        <w:t>Solicito, em consequência, o ajustamento do horário de trabalho de forma a permitir a frequência das aulas e a deslocação ao estabelecimento de ensino e, caso esse ajustamento não seja possível, a dispensa de trabalho para frequência de aulas prevista no artigo 90.º.</w:t>
      </w:r>
    </w:p>
    <w:p>
      <w:r>
        <w:t>Declaro ter escolhido, de entre os horários escolares disponíveis, o mais compatível com o meu horário de trabalho.</w:t>
      </w:r>
    </w:p>
    <w:p>
      <w:r>
        <w:rPr>
          <w:b/>
          <w:color w:val="1E386B"/>
          <w:sz w:val="26"/>
        </w:rPr>
        <w:t>4. DOCUMENTOS QUE JUNTO</w:t>
      </w:r>
    </w:p>
    <w:p>
      <w:r>
        <w:t>Declaração do estabelecimento de ensino comprovativa da matrícula e do horário das atividades educativas a frequentar.</w:t>
      </w:r>
    </w:p>
    <w:p>
      <w:r>
        <w:t>Solicito que me seja confirmada por escrito a receção do presente requerimento.</w:t>
      </w:r>
    </w:p>
    <w:p/>
    <w:p>
      <w:r>
        <w:t>____________, ____ de ______________ de 20____</w:t>
        <w:br/>
        <w:br/>
        <w:t>O(A) trabalhador(a),</w:t>
        <w:br/>
        <w:br/>
        <w:br/>
        <w:t>_________________________________</w:t>
      </w:r>
    </w:p>
    <w:p/>
    <w:p>
      <w:r>
        <w:rPr>
          <w:i/>
          <w:color w:val="787878"/>
          <w:sz w:val="17"/>
        </w:rPr>
        <w:t>Modelo orientativo disponibilizado por as-tuas-ajudas.pt. Não constitui aconselhamento jurídico nem garante o deferimento do pedido; adapta-o ao teu caso concreto e, se necessário, consulta um profissional.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as-tuas-ajudas.pt/emprego/estatuto-trabalhador-estud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